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AA" w:rsidRPr="004522A3" w:rsidRDefault="001464AA" w:rsidP="001464AA">
      <w:pPr>
        <w:spacing w:after="80"/>
        <w:rPr>
          <w:rFonts w:ascii="Arial" w:hAnsi="Arial" w:cs="Arial"/>
          <w:b/>
          <w:color w:val="4B5563"/>
          <w:lang w:val="pl-PL"/>
        </w:rPr>
      </w:pPr>
    </w:p>
    <w:p w:rsidR="001464AA" w:rsidRPr="004522A3" w:rsidRDefault="0049559F" w:rsidP="004522A3">
      <w:pPr>
        <w:spacing w:after="80"/>
        <w:jc w:val="center"/>
        <w:rPr>
          <w:rFonts w:ascii="Arial" w:hAnsi="Arial" w:cs="Arial"/>
          <w:sz w:val="28"/>
          <w:lang w:val="pl-PL"/>
        </w:rPr>
      </w:pPr>
      <w:proofErr w:type="spellStart"/>
      <w:r w:rsidRPr="004522A3">
        <w:rPr>
          <w:rFonts w:ascii="Arial" w:hAnsi="Arial" w:cs="Arial"/>
          <w:b/>
          <w:color w:val="4B5563"/>
          <w:sz w:val="28"/>
          <w:lang w:val="pl-PL"/>
        </w:rPr>
        <w:t>Brief</w:t>
      </w:r>
      <w:proofErr w:type="spellEnd"/>
      <w:r w:rsidRPr="004522A3">
        <w:rPr>
          <w:rFonts w:ascii="Arial" w:hAnsi="Arial" w:cs="Arial"/>
          <w:b/>
          <w:color w:val="4B5563"/>
          <w:sz w:val="28"/>
          <w:lang w:val="pl-PL"/>
        </w:rPr>
        <w:t xml:space="preserve"> badawczy</w:t>
      </w:r>
      <w:r w:rsidR="004522A3">
        <w:rPr>
          <w:rFonts w:ascii="Arial" w:hAnsi="Arial" w:cs="Arial"/>
          <w:sz w:val="28"/>
          <w:lang w:val="pl-PL"/>
        </w:rPr>
        <w:br/>
      </w:r>
    </w:p>
    <w:p w:rsidR="00B463AD" w:rsidRPr="004522A3" w:rsidRDefault="0049559F">
      <w:pPr>
        <w:spacing w:after="320"/>
        <w:rPr>
          <w:rFonts w:ascii="Arial" w:hAnsi="Arial" w:cs="Arial"/>
          <w:i/>
          <w:lang w:val="pl-PL"/>
        </w:rPr>
      </w:pPr>
      <w:r w:rsidRPr="004522A3">
        <w:rPr>
          <w:rFonts w:ascii="Arial" w:hAnsi="Arial" w:cs="Arial"/>
          <w:i/>
          <w:color w:val="4B5563"/>
          <w:lang w:val="pl-PL"/>
        </w:rPr>
        <w:t xml:space="preserve">Wypełnienie poniższego formularza pomoże nam poznać Państwa potrzebę biznesową </w:t>
      </w:r>
      <w:r w:rsidR="001464AA" w:rsidRPr="004522A3">
        <w:rPr>
          <w:rFonts w:ascii="Arial" w:hAnsi="Arial" w:cs="Arial"/>
          <w:i/>
          <w:color w:val="4B5563"/>
          <w:lang w:val="pl-PL"/>
        </w:rPr>
        <w:br/>
      </w:r>
      <w:r w:rsidRPr="004522A3">
        <w:rPr>
          <w:rFonts w:ascii="Arial" w:hAnsi="Arial" w:cs="Arial"/>
          <w:i/>
          <w:color w:val="4B5563"/>
          <w:lang w:val="pl-PL"/>
        </w:rPr>
        <w:t xml:space="preserve">i zaproponować odpowiednią metodykę badania oraz wycenę. </w:t>
      </w:r>
    </w:p>
    <w:p w:rsidR="00B463AD" w:rsidRPr="004522A3" w:rsidRDefault="0049559F">
      <w:pPr>
        <w:spacing w:before="200" w:after="80"/>
        <w:rPr>
          <w:rFonts w:ascii="Arial" w:hAnsi="Arial" w:cs="Arial"/>
        </w:rPr>
      </w:pPr>
      <w:r w:rsidRPr="004522A3">
        <w:rPr>
          <w:rFonts w:ascii="Arial" w:hAnsi="Arial" w:cs="Arial"/>
          <w:b/>
          <w:color w:val="111827"/>
        </w:rPr>
        <w:t>1. Podstawowe informacje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r w:rsidRPr="004522A3">
              <w:rPr>
                <w:rFonts w:ascii="Arial" w:hAnsi="Arial" w:cs="Arial"/>
                <w:b/>
                <w:color w:val="111827"/>
              </w:rPr>
              <w:t xml:space="preserve">Nazwa firmy </w:t>
            </w: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Osoba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do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kontaktu</w:t>
            </w:r>
            <w:proofErr w:type="spellEnd"/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r w:rsidRPr="004522A3">
              <w:rPr>
                <w:rFonts w:ascii="Arial" w:hAnsi="Arial" w:cs="Arial"/>
                <w:b/>
                <w:color w:val="111827"/>
              </w:rPr>
              <w:t xml:space="preserve">E-mail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i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numer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telefonu</w:t>
            </w:r>
            <w:proofErr w:type="spellEnd"/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</w:tbl>
    <w:p w:rsidR="00B463AD" w:rsidRPr="004522A3" w:rsidRDefault="0049559F">
      <w:pPr>
        <w:spacing w:before="200" w:after="80"/>
        <w:rPr>
          <w:rFonts w:ascii="Arial" w:hAnsi="Arial" w:cs="Arial"/>
        </w:rPr>
      </w:pPr>
      <w:r w:rsidRPr="004522A3">
        <w:rPr>
          <w:rFonts w:ascii="Arial" w:hAnsi="Arial" w:cs="Arial"/>
          <w:b/>
          <w:color w:val="111827"/>
        </w:rPr>
        <w:t>2. Wyzwanie i cel badania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Opis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problemu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biznesowego</w:t>
            </w:r>
            <w:proofErr w:type="spellEnd"/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  <w:lang w:val="pl-PL"/>
              </w:rPr>
            </w:pPr>
            <w:r w:rsidRPr="004522A3">
              <w:rPr>
                <w:rFonts w:ascii="Arial" w:hAnsi="Arial" w:cs="Arial"/>
                <w:b/>
                <w:color w:val="111827"/>
                <w:lang w:val="pl-PL"/>
              </w:rPr>
              <w:t>Przedmiot badania</w:t>
            </w:r>
            <w:r w:rsidR="001464AA" w:rsidRPr="004522A3">
              <w:rPr>
                <w:rFonts w:ascii="Arial" w:hAnsi="Arial" w:cs="Arial"/>
                <w:b/>
                <w:color w:val="111827"/>
                <w:lang w:val="pl-PL"/>
              </w:rPr>
              <w:br/>
            </w:r>
            <w:r w:rsidRPr="004522A3">
              <w:rPr>
                <w:rFonts w:ascii="Arial" w:hAnsi="Arial" w:cs="Arial"/>
                <w:b/>
                <w:color w:val="111827"/>
                <w:lang w:val="pl-PL"/>
              </w:rPr>
              <w:t xml:space="preserve"> (np. strona, aplikacja, produkt)</w:t>
            </w: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  <w:lang w:val="pl-P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  <w:b/>
                <w:color w:val="111827"/>
              </w:rPr>
            </w:pP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Kluczowe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pytania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badawcze</w:t>
            </w:r>
            <w:proofErr w:type="spellEnd"/>
          </w:p>
          <w:p w:rsidR="001464AA" w:rsidRPr="004522A3" w:rsidRDefault="001464A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</w:tbl>
    <w:p w:rsidR="00B463AD" w:rsidRPr="004522A3" w:rsidRDefault="0049559F">
      <w:pPr>
        <w:spacing w:before="200" w:after="80"/>
        <w:rPr>
          <w:rFonts w:ascii="Arial" w:hAnsi="Arial" w:cs="Arial"/>
        </w:rPr>
      </w:pPr>
      <w:r w:rsidRPr="004522A3">
        <w:rPr>
          <w:rFonts w:ascii="Arial" w:hAnsi="Arial" w:cs="Arial"/>
          <w:b/>
          <w:color w:val="111827"/>
        </w:rPr>
        <w:t>3. Grupa docelowa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  <w:b/>
                <w:color w:val="111827"/>
              </w:rPr>
            </w:pPr>
            <w:r w:rsidRPr="004522A3">
              <w:rPr>
                <w:rFonts w:ascii="Arial" w:hAnsi="Arial" w:cs="Arial"/>
                <w:b/>
                <w:color w:val="111827"/>
              </w:rPr>
              <w:t xml:space="preserve">Profil klienta </w:t>
            </w:r>
          </w:p>
          <w:p w:rsidR="001464AA" w:rsidRPr="004522A3" w:rsidRDefault="001464A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r w:rsidRPr="004522A3">
              <w:rPr>
                <w:rFonts w:ascii="Arial" w:hAnsi="Arial" w:cs="Arial"/>
                <w:b/>
                <w:color w:val="111827"/>
              </w:rPr>
              <w:t>Kryteria wykluczające (opcjonalnie)</w:t>
            </w: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</w:tbl>
    <w:p w:rsidR="00B463AD" w:rsidRPr="004522A3" w:rsidRDefault="0049559F">
      <w:pPr>
        <w:spacing w:before="200" w:after="80"/>
        <w:rPr>
          <w:rFonts w:ascii="Arial" w:hAnsi="Arial" w:cs="Arial"/>
        </w:rPr>
      </w:pPr>
      <w:r w:rsidRPr="004522A3">
        <w:rPr>
          <w:rFonts w:ascii="Arial" w:hAnsi="Arial" w:cs="Arial"/>
          <w:b/>
          <w:color w:val="111827"/>
        </w:rPr>
        <w:t>4. Organizacja i termin</w:t>
      </w:r>
    </w:p>
    <w:tbl>
      <w:tblPr>
        <w:tblW w:w="0" w:type="auto"/>
        <w:jc w:val="center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Preferowany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termin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realizacji</w:t>
            </w:r>
            <w:proofErr w:type="spellEnd"/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</w:rPr>
            </w:pPr>
            <w:r w:rsidRPr="004522A3">
              <w:rPr>
                <w:rFonts w:ascii="Arial" w:hAnsi="Arial" w:cs="Arial"/>
                <w:b/>
                <w:color w:val="111827"/>
              </w:rPr>
              <w:t>Zakładany budżet (opcjonalnie)</w:t>
            </w: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  <w:tr w:rsidR="00B463AD" w:rsidRPr="004522A3">
        <w:trPr>
          <w:jc w:val="center"/>
        </w:trPr>
        <w:tc>
          <w:tcPr>
            <w:tcW w:w="3600" w:type="dxa"/>
            <w:shd w:val="clear" w:color="auto" w:fill="F9FAFB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49559F">
            <w:pPr>
              <w:spacing w:after="0"/>
              <w:rPr>
                <w:rFonts w:ascii="Arial" w:hAnsi="Arial" w:cs="Arial"/>
                <w:b/>
                <w:color w:val="111827"/>
              </w:rPr>
            </w:pP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Dodatkowe</w:t>
            </w:r>
            <w:proofErr w:type="spellEnd"/>
            <w:r w:rsidRPr="004522A3">
              <w:rPr>
                <w:rFonts w:ascii="Arial" w:hAnsi="Arial" w:cs="Arial"/>
                <w:b/>
                <w:color w:val="111827"/>
              </w:rPr>
              <w:t xml:space="preserve"> </w:t>
            </w:r>
            <w:proofErr w:type="spellStart"/>
            <w:r w:rsidRPr="004522A3">
              <w:rPr>
                <w:rFonts w:ascii="Arial" w:hAnsi="Arial" w:cs="Arial"/>
                <w:b/>
                <w:color w:val="111827"/>
              </w:rPr>
              <w:t>uwagi</w:t>
            </w:r>
            <w:proofErr w:type="spellEnd"/>
          </w:p>
          <w:p w:rsidR="001464AA" w:rsidRPr="004522A3" w:rsidRDefault="001464A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6192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B463AD" w:rsidRPr="004522A3" w:rsidRDefault="00B463AD">
            <w:pPr>
              <w:spacing w:after="0"/>
              <w:rPr>
                <w:rFonts w:ascii="Arial" w:hAnsi="Arial" w:cs="Arial"/>
              </w:rPr>
            </w:pPr>
          </w:p>
        </w:tc>
      </w:tr>
    </w:tbl>
    <w:p w:rsidR="00B463AD" w:rsidRPr="004522A3" w:rsidRDefault="0049559F">
      <w:pPr>
        <w:spacing w:before="400"/>
        <w:rPr>
          <w:rFonts w:ascii="Arial" w:hAnsi="Arial" w:cs="Arial"/>
          <w:lang w:val="pl-PL"/>
        </w:rPr>
      </w:pPr>
      <w:r w:rsidRPr="004522A3">
        <w:rPr>
          <w:rFonts w:ascii="Arial" w:hAnsi="Arial" w:cs="Arial"/>
          <w:i/>
          <w:color w:val="4B5563"/>
          <w:lang w:val="pl-PL"/>
        </w:rPr>
        <w:t xml:space="preserve">Dane przesłane w formularzu służą wyłącznie do przygotowania oferty przez zespół </w:t>
      </w:r>
      <w:proofErr w:type="spellStart"/>
      <w:r w:rsidRPr="004522A3">
        <w:rPr>
          <w:rFonts w:ascii="Arial" w:hAnsi="Arial" w:cs="Arial"/>
          <w:i/>
          <w:color w:val="4B5563"/>
          <w:lang w:val="pl-PL"/>
        </w:rPr>
        <w:t>LabSolutely</w:t>
      </w:r>
      <w:proofErr w:type="spellEnd"/>
      <w:r w:rsidRPr="004522A3">
        <w:rPr>
          <w:rFonts w:ascii="Arial" w:hAnsi="Arial" w:cs="Arial"/>
          <w:i/>
          <w:color w:val="4B5563"/>
          <w:lang w:val="pl-PL"/>
        </w:rPr>
        <w:t xml:space="preserve">. Przetwarzamy je zgodnie z </w:t>
      </w:r>
      <w:bookmarkStart w:id="0" w:name="_GoBack"/>
      <w:bookmarkEnd w:id="0"/>
      <w:r w:rsidRPr="004522A3">
        <w:rPr>
          <w:rFonts w:ascii="Arial" w:hAnsi="Arial" w:cs="Arial"/>
          <w:i/>
          <w:color w:val="4B5563"/>
          <w:lang w:val="pl-PL"/>
        </w:rPr>
        <w:t>zasadami RODO i nie udostępniamy podmiotom trzecim.</w:t>
      </w:r>
    </w:p>
    <w:sectPr w:rsidR="00B463AD" w:rsidRPr="004522A3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A09" w:rsidRDefault="00CF0A09" w:rsidP="001464AA">
      <w:pPr>
        <w:spacing w:after="0" w:line="240" w:lineRule="auto"/>
      </w:pPr>
      <w:r>
        <w:separator/>
      </w:r>
    </w:p>
  </w:endnote>
  <w:endnote w:type="continuationSeparator" w:id="0">
    <w:p w:rsidR="00CF0A09" w:rsidRDefault="00CF0A09" w:rsidP="0014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4AA" w:rsidRPr="001464AA" w:rsidRDefault="001464AA" w:rsidP="001464AA">
    <w:pPr>
      <w:pStyle w:val="Stopka"/>
      <w:jc w:val="center"/>
      <w:rPr>
        <w:sz w:val="28"/>
      </w:rPr>
    </w:pPr>
    <w:proofErr w:type="spellStart"/>
    <w:r w:rsidRPr="001464AA">
      <w:rPr>
        <w:rFonts w:ascii="Arial" w:hAnsi="Arial"/>
        <w:color w:val="4B5563"/>
      </w:rPr>
      <w:t>Kontakt</w:t>
    </w:r>
    <w:proofErr w:type="spellEnd"/>
    <w:r w:rsidRPr="001464AA">
      <w:rPr>
        <w:rFonts w:ascii="Arial" w:hAnsi="Arial"/>
        <w:color w:val="4B5563"/>
      </w:rPr>
      <w:t>: biuro@labsolutely.pl | +48 510 000 560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A09" w:rsidRDefault="00CF0A09" w:rsidP="001464AA">
      <w:pPr>
        <w:spacing w:after="0" w:line="240" w:lineRule="auto"/>
      </w:pPr>
      <w:r>
        <w:separator/>
      </w:r>
    </w:p>
  </w:footnote>
  <w:footnote w:type="continuationSeparator" w:id="0">
    <w:p w:rsidR="00CF0A09" w:rsidRDefault="00CF0A09" w:rsidP="00146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4AA" w:rsidRDefault="001464AA" w:rsidP="001464AA">
    <w:pPr>
      <w:pStyle w:val="Nagwek"/>
    </w:pPr>
    <w:r w:rsidRPr="001464AA">
      <w:rPr>
        <w:noProof/>
      </w:rPr>
      <w:drawing>
        <wp:inline distT="0" distB="0" distL="0" distR="0" wp14:anchorId="2984CAF5" wp14:editId="320448EB">
          <wp:extent cx="1647825" cy="3701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8718" cy="383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64AA"/>
    <w:rsid w:val="0015074B"/>
    <w:rsid w:val="0029639D"/>
    <w:rsid w:val="00326F90"/>
    <w:rsid w:val="004522A3"/>
    <w:rsid w:val="0049559F"/>
    <w:rsid w:val="00AA1D8D"/>
    <w:rsid w:val="00B463AD"/>
    <w:rsid w:val="00B47730"/>
    <w:rsid w:val="00CB0664"/>
    <w:rsid w:val="00CF0A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BCFA05"/>
  <w14:defaultImageDpi w14:val="300"/>
  <w15:docId w15:val="{9DDB58CA-B86C-46E4-8034-B8DE1A8F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1464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6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B3F53D-E30A-44A6-BB29-D0E7F1F5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Urszula Garczarek-Bąk</cp:lastModifiedBy>
  <cp:revision>3</cp:revision>
  <dcterms:created xsi:type="dcterms:W3CDTF">2026-10-14T19:24:00Z</dcterms:created>
  <dcterms:modified xsi:type="dcterms:W3CDTF">2026-10-14T19:27:00Z</dcterms:modified>
  <cp:category/>
</cp:coreProperties>
</file>